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5FF57" w14:textId="77777777" w:rsidR="001D39D8" w:rsidRPr="00745A98" w:rsidRDefault="007543E6" w:rsidP="00F63CD0">
      <w:pPr>
        <w:bidi/>
        <w:jc w:val="center"/>
        <w:rPr>
          <w:rFonts w:asciiTheme="majorHAnsi" w:hAnsiTheme="majorHAnsi" w:cstheme="majorHAnsi"/>
          <w:sz w:val="48"/>
          <w:szCs w:val="48"/>
        </w:rPr>
      </w:pPr>
      <w:r w:rsidRPr="00745A98">
        <w:rPr>
          <w:rFonts w:asciiTheme="majorHAnsi" w:hAnsiTheme="majorHAnsi" w:cs="Calibri"/>
          <w:b/>
          <w:bCs/>
          <w:sz w:val="48"/>
          <w:szCs w:val="48"/>
          <w:rtl/>
        </w:rPr>
        <w:t>تصريح</w:t>
      </w:r>
      <w:r w:rsidRPr="00745A98">
        <w:rPr>
          <w:rFonts w:asciiTheme="majorHAnsi" w:hAnsiTheme="majorHAnsi" w:cstheme="majorHAnsi"/>
          <w:b/>
          <w:sz w:val="48"/>
          <w:szCs w:val="48"/>
        </w:rPr>
        <w:t xml:space="preserve"> </w:t>
      </w:r>
      <w:r w:rsidRPr="00745A98">
        <w:rPr>
          <w:rFonts w:asciiTheme="majorHAnsi" w:hAnsiTheme="majorHAnsi" w:cs="Calibri"/>
          <w:b/>
          <w:bCs/>
          <w:sz w:val="48"/>
          <w:szCs w:val="48"/>
          <w:rtl/>
        </w:rPr>
        <w:t>بالشرف</w:t>
      </w:r>
      <w:r w:rsidRPr="00745A98">
        <w:rPr>
          <w:rFonts w:asciiTheme="majorHAnsi" w:hAnsiTheme="majorHAnsi" w:cstheme="majorHAnsi"/>
          <w:b/>
          <w:sz w:val="48"/>
          <w:szCs w:val="48"/>
        </w:rPr>
        <w:t xml:space="preserve"> </w:t>
      </w:r>
      <w:r w:rsidRPr="00745A98">
        <w:rPr>
          <w:rFonts w:asciiTheme="majorHAnsi" w:hAnsiTheme="majorHAnsi" w:cs="Calibri"/>
          <w:b/>
          <w:bCs/>
          <w:sz w:val="48"/>
          <w:szCs w:val="48"/>
          <w:rtl/>
        </w:rPr>
        <w:t>بعدم</w:t>
      </w:r>
      <w:r w:rsidRPr="00745A98">
        <w:rPr>
          <w:rFonts w:asciiTheme="majorHAnsi" w:hAnsiTheme="majorHAnsi" w:cstheme="majorHAnsi"/>
          <w:b/>
          <w:sz w:val="48"/>
          <w:szCs w:val="48"/>
        </w:rPr>
        <w:t xml:space="preserve"> </w:t>
      </w:r>
      <w:r w:rsidRPr="00745A98">
        <w:rPr>
          <w:rFonts w:asciiTheme="majorHAnsi" w:hAnsiTheme="majorHAnsi" w:cs="Calibri"/>
          <w:b/>
          <w:bCs/>
          <w:sz w:val="48"/>
          <w:szCs w:val="48"/>
          <w:rtl/>
        </w:rPr>
        <w:t>العمل</w:t>
      </w:r>
    </w:p>
    <w:p w14:paraId="12B160AF" w14:textId="77777777" w:rsidR="007C1507" w:rsidRPr="007C1507" w:rsidRDefault="007C1507" w:rsidP="00F63CD0">
      <w:pPr>
        <w:ind w:right="-7"/>
        <w:jc w:val="both"/>
        <w:rPr>
          <w:rFonts w:asciiTheme="majorHAnsi" w:hAnsiTheme="majorHAnsi" w:cstheme="majorHAnsi"/>
          <w:sz w:val="40"/>
          <w:szCs w:val="40"/>
        </w:rPr>
      </w:pPr>
    </w:p>
    <w:p w14:paraId="39D6D644" w14:textId="1FC37EE1" w:rsidR="007C1507" w:rsidRPr="00745A98" w:rsidRDefault="007543E6" w:rsidP="00F63CD0">
      <w:pPr>
        <w:tabs>
          <w:tab w:val="right" w:pos="5521"/>
        </w:tabs>
        <w:bidi/>
        <w:ind w:left="-7" w:right="-7"/>
        <w:jc w:val="both"/>
        <w:rPr>
          <w:rFonts w:asciiTheme="majorBidi" w:hAnsiTheme="majorBidi" w:cstheme="majorBidi"/>
          <w:sz w:val="40"/>
          <w:szCs w:val="40"/>
          <w:rtl/>
        </w:rPr>
      </w:pPr>
      <w:r w:rsidRPr="00745A98">
        <w:rPr>
          <w:rFonts w:asciiTheme="majorBidi" w:hAnsiTheme="majorBidi" w:cs="Times New Roman"/>
          <w:sz w:val="40"/>
          <w:szCs w:val="40"/>
          <w:rtl/>
        </w:rPr>
        <w:t>أنا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</w:t>
      </w:r>
      <w:r w:rsidR="00533A4A">
        <w:rPr>
          <w:rFonts w:asciiTheme="majorBidi" w:hAnsiTheme="majorBidi" w:cstheme="majorBidi" w:hint="cs"/>
          <w:sz w:val="40"/>
          <w:szCs w:val="40"/>
          <w:rtl/>
        </w:rPr>
        <w:t>ل</w:t>
      </w:r>
      <w:r w:rsidR="00745A98">
        <w:rPr>
          <w:rFonts w:asciiTheme="majorBidi" w:hAnsiTheme="majorBidi" w:cstheme="majorBidi" w:hint="cs"/>
          <w:sz w:val="40"/>
          <w:szCs w:val="40"/>
          <w:rtl/>
        </w:rPr>
        <w:t>م</w:t>
      </w:r>
      <w:r w:rsidR="007C1507" w:rsidRPr="00745A98">
        <w:rPr>
          <w:rFonts w:asciiTheme="majorBidi" w:hAnsiTheme="majorBidi" w:cstheme="majorBidi"/>
          <w:sz w:val="40"/>
          <w:szCs w:val="40"/>
          <w:rtl/>
        </w:rPr>
        <w:t xml:space="preserve">وقع (ة) </w:t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>أسفله</w:t>
      </w:r>
      <w:r w:rsidR="00BF1F38"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>السيد</w:t>
      </w:r>
      <w:r w:rsidR="007C1507" w:rsidRPr="00745A98">
        <w:rPr>
          <w:rFonts w:asciiTheme="majorBidi" w:hAnsiTheme="majorBidi" w:cstheme="majorBidi"/>
          <w:sz w:val="40"/>
          <w:szCs w:val="40"/>
          <w:rtl/>
        </w:rPr>
        <w:t xml:space="preserve"> (ة)</w:t>
      </w:r>
      <w:r w:rsidR="007C1507" w:rsidRPr="00745A98">
        <w:rPr>
          <w:rFonts w:asciiTheme="majorBidi" w:hAnsiTheme="majorBidi" w:cstheme="majorBidi"/>
          <w:sz w:val="40"/>
          <w:szCs w:val="40"/>
        </w:rPr>
        <w:t>: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</w:p>
    <w:p w14:paraId="01E6CD7E" w14:textId="77777777" w:rsidR="007C1507" w:rsidRPr="00745A98" w:rsidRDefault="00BF1F38" w:rsidP="00F63CD0">
      <w:pPr>
        <w:tabs>
          <w:tab w:val="right" w:pos="5521"/>
        </w:tabs>
        <w:bidi/>
        <w:ind w:left="-7" w:right="-7"/>
        <w:jc w:val="both"/>
        <w:rPr>
          <w:rFonts w:asciiTheme="majorBidi" w:hAnsiTheme="majorBidi" w:cstheme="majorBidi"/>
          <w:sz w:val="40"/>
          <w:szCs w:val="40"/>
          <w:rtl/>
        </w:rPr>
      </w:pPr>
      <w:r w:rsidRPr="00745A98">
        <w:rPr>
          <w:rFonts w:asciiTheme="majorBidi" w:hAnsiTheme="majorBidi" w:cstheme="majorBidi"/>
          <w:sz w:val="40"/>
          <w:szCs w:val="40"/>
          <w:rtl/>
        </w:rPr>
        <w:t>.................................................................................</w:t>
      </w:r>
    </w:p>
    <w:p w14:paraId="0E6605A3" w14:textId="14AA023F" w:rsidR="007C1507" w:rsidRPr="00745A98" w:rsidRDefault="007C1507" w:rsidP="00F63CD0">
      <w:pPr>
        <w:tabs>
          <w:tab w:val="right" w:pos="5521"/>
        </w:tabs>
        <w:bidi/>
        <w:ind w:left="-7" w:right="-7"/>
        <w:jc w:val="both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745A98">
        <w:rPr>
          <w:rFonts w:asciiTheme="majorBidi" w:hAnsiTheme="majorBidi" w:cstheme="majorBidi"/>
          <w:sz w:val="40"/>
          <w:szCs w:val="40"/>
          <w:rtl/>
        </w:rPr>
        <w:t>المزداد</w:t>
      </w:r>
      <w:proofErr w:type="spellEnd"/>
      <w:r w:rsidRPr="00745A98">
        <w:rPr>
          <w:rFonts w:asciiTheme="majorBidi" w:hAnsiTheme="majorBidi" w:cstheme="majorBidi"/>
          <w:sz w:val="40"/>
          <w:szCs w:val="40"/>
          <w:rtl/>
        </w:rPr>
        <w:t xml:space="preserve"> (ة) </w:t>
      </w:r>
      <w:r w:rsidR="00245541" w:rsidRPr="00745A98">
        <w:rPr>
          <w:rFonts w:asciiTheme="majorBidi" w:hAnsiTheme="majorBidi" w:cstheme="majorBidi" w:hint="cs"/>
          <w:sz w:val="40"/>
          <w:szCs w:val="40"/>
          <w:rtl/>
        </w:rPr>
        <w:t>بتاريخ:</w:t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 xml:space="preserve"> ........................................................</w:t>
      </w:r>
    </w:p>
    <w:p w14:paraId="7AF2EDCB" w14:textId="4A9D06FA" w:rsidR="00BF1F38" w:rsidRPr="00745A98" w:rsidRDefault="007C1507" w:rsidP="00F63CD0">
      <w:pPr>
        <w:tabs>
          <w:tab w:val="right" w:pos="5521"/>
        </w:tabs>
        <w:bidi/>
        <w:ind w:left="-7" w:right="-7"/>
        <w:jc w:val="both"/>
        <w:rPr>
          <w:rFonts w:asciiTheme="majorBidi" w:hAnsiTheme="majorBidi" w:cstheme="majorBidi"/>
          <w:sz w:val="40"/>
          <w:szCs w:val="40"/>
          <w:rtl/>
        </w:rPr>
      </w:pPr>
      <w:r w:rsidRPr="00745A98">
        <w:rPr>
          <w:rFonts w:asciiTheme="majorBidi" w:hAnsiTheme="majorBidi" w:cstheme="majorBidi"/>
          <w:sz w:val="40"/>
          <w:szCs w:val="40"/>
          <w:rtl/>
        </w:rPr>
        <w:t xml:space="preserve">الحامل (ة) لبطاقة التعريف الوطنية </w:t>
      </w:r>
      <w:r w:rsidR="00245541" w:rsidRPr="00745A98">
        <w:rPr>
          <w:rFonts w:asciiTheme="majorBidi" w:hAnsiTheme="majorBidi" w:cstheme="majorBidi" w:hint="cs"/>
          <w:sz w:val="40"/>
          <w:szCs w:val="40"/>
          <w:rtl/>
        </w:rPr>
        <w:t>رقم:</w:t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 xml:space="preserve"> .............................</w:t>
      </w:r>
      <w:r w:rsidRPr="00745A98">
        <w:rPr>
          <w:rFonts w:asciiTheme="majorBidi" w:hAnsiTheme="majorBidi" w:cstheme="majorBidi"/>
          <w:sz w:val="40"/>
          <w:szCs w:val="40"/>
        </w:rPr>
        <w:br/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 xml:space="preserve">الساكن (ة) </w:t>
      </w:r>
      <w:r w:rsidR="00245541" w:rsidRPr="00745A98">
        <w:rPr>
          <w:rFonts w:asciiTheme="majorBidi" w:hAnsiTheme="majorBidi" w:cstheme="majorBidi" w:hint="cs"/>
          <w:sz w:val="40"/>
          <w:szCs w:val="40"/>
          <w:rtl/>
        </w:rPr>
        <w:t>ب:</w:t>
      </w:r>
      <w:r w:rsidR="00BF1F38" w:rsidRPr="00745A98">
        <w:rPr>
          <w:rFonts w:asciiTheme="majorBidi" w:hAnsiTheme="majorBidi" w:cstheme="majorBidi"/>
          <w:sz w:val="40"/>
          <w:szCs w:val="40"/>
          <w:rtl/>
        </w:rPr>
        <w:t xml:space="preserve"> ................................................................ ........................................................... ........................</w:t>
      </w:r>
    </w:p>
    <w:p w14:paraId="1D92259B" w14:textId="65575658" w:rsidR="00445250" w:rsidRPr="00745A98" w:rsidRDefault="00745A98" w:rsidP="00F63CD0">
      <w:pPr>
        <w:bidi/>
        <w:ind w:left="-7" w:right="-7"/>
        <w:jc w:val="both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rtl/>
        </w:rPr>
        <w:t>أصرح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بشرفي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أنني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لا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أزاول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نشاط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مهني،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ولا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أعمل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في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قطاع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عام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أو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خاص،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ولا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أمارس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أي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r w:rsidRPr="00745A98">
        <w:rPr>
          <w:rFonts w:asciiTheme="majorBidi" w:hAnsiTheme="majorBidi" w:cstheme="majorBidi"/>
          <w:sz w:val="40"/>
          <w:szCs w:val="40"/>
          <w:rtl/>
        </w:rPr>
        <w:t>عمل</w:t>
      </w:r>
      <w:r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r w:rsidRPr="00745A98">
        <w:rPr>
          <w:rFonts w:asciiTheme="majorBidi" w:hAnsiTheme="majorBidi" w:cstheme="majorBidi"/>
          <w:sz w:val="40"/>
          <w:szCs w:val="40"/>
          <w:rtl/>
        </w:rPr>
        <w:t>حر</w:t>
      </w:r>
      <w:r>
        <w:rPr>
          <w:rFonts w:asciiTheme="majorBidi" w:hAnsiTheme="majorBidi" w:cstheme="majorBidi" w:hint="cs"/>
          <w:sz w:val="40"/>
          <w:szCs w:val="40"/>
          <w:rtl/>
        </w:rPr>
        <w:t xml:space="preserve"> مدر للدخل</w:t>
      </w:r>
      <w:r w:rsidRPr="00745A98">
        <w:rPr>
          <w:rFonts w:asciiTheme="majorBidi" w:hAnsiTheme="majorBidi" w:cstheme="majorBidi"/>
          <w:sz w:val="40"/>
          <w:szCs w:val="40"/>
        </w:rPr>
        <w:br/>
      </w:r>
      <w:r w:rsidRPr="00745A98">
        <w:rPr>
          <w:rFonts w:asciiTheme="majorBidi" w:hAnsiTheme="majorBidi" w:cs="Times New Roman"/>
          <w:sz w:val="40"/>
          <w:szCs w:val="40"/>
          <w:rtl/>
        </w:rPr>
        <w:t>و</w:t>
      </w:r>
      <w:r w:rsidR="00533A4A">
        <w:rPr>
          <w:rFonts w:asciiTheme="majorBidi" w:hAnsiTheme="majorBidi" w:cstheme="majorBidi" w:hint="cs"/>
          <w:sz w:val="40"/>
          <w:szCs w:val="40"/>
          <w:rtl/>
        </w:rPr>
        <w:t xml:space="preserve">أتحمل </w:t>
      </w:r>
      <w:r w:rsidRPr="00745A98">
        <w:rPr>
          <w:rFonts w:asciiTheme="majorBidi" w:hAnsiTheme="majorBidi" w:cs="Times New Roman"/>
          <w:sz w:val="40"/>
          <w:szCs w:val="40"/>
          <w:rtl/>
        </w:rPr>
        <w:t>كامل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المسؤولية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القانونية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والإدارية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عن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صحة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هذا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التصريح</w:t>
      </w:r>
      <w:r w:rsidR="00533A4A">
        <w:rPr>
          <w:rFonts w:asciiTheme="majorBidi" w:hAnsiTheme="majorBidi" w:cstheme="majorBidi" w:hint="cs"/>
          <w:sz w:val="40"/>
          <w:szCs w:val="40"/>
          <w:rtl/>
        </w:rPr>
        <w:t>، كما أقر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بأنه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في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حالة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ثبوت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عكس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ذلك،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تحتفظ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الإدارة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بحق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تفعيل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المسطرة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الإدارية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والقانونية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الجاري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بها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العمل</w:t>
      </w:r>
      <w:r w:rsidRPr="00745A98">
        <w:rPr>
          <w:rFonts w:asciiTheme="majorBidi" w:hAnsiTheme="majorBidi" w:cstheme="majorBidi"/>
          <w:sz w:val="40"/>
          <w:szCs w:val="40"/>
        </w:rPr>
        <w:t xml:space="preserve"> </w:t>
      </w:r>
      <w:r w:rsidRPr="00745A98">
        <w:rPr>
          <w:rFonts w:asciiTheme="majorBidi" w:hAnsiTheme="majorBidi" w:cs="Times New Roman"/>
          <w:sz w:val="40"/>
          <w:szCs w:val="40"/>
          <w:rtl/>
        </w:rPr>
        <w:t>ضدي</w:t>
      </w:r>
      <w:r>
        <w:rPr>
          <w:rFonts w:asciiTheme="majorBidi" w:hAnsiTheme="majorBidi" w:cstheme="majorBidi" w:hint="cs"/>
          <w:sz w:val="40"/>
          <w:szCs w:val="40"/>
          <w:rtl/>
        </w:rPr>
        <w:t>.</w:t>
      </w:r>
      <w:r w:rsidRPr="00745A98">
        <w:rPr>
          <w:rFonts w:asciiTheme="majorBidi" w:hAnsiTheme="majorBidi" w:cstheme="majorBidi"/>
          <w:sz w:val="40"/>
          <w:szCs w:val="40"/>
        </w:rPr>
        <w:br/>
      </w:r>
    </w:p>
    <w:p w14:paraId="7F2F3BEC" w14:textId="1A56378C" w:rsidR="00745A98" w:rsidRDefault="007543E6" w:rsidP="005C39D6">
      <w:pPr>
        <w:bidi/>
        <w:ind w:left="-7" w:right="-7"/>
        <w:jc w:val="both"/>
        <w:rPr>
          <w:rFonts w:asciiTheme="majorHAnsi" w:hAnsiTheme="majorHAnsi" w:cstheme="majorHAnsi"/>
          <w:sz w:val="40"/>
          <w:szCs w:val="40"/>
        </w:rPr>
      </w:pPr>
      <w:r w:rsidRPr="007C1507">
        <w:rPr>
          <w:rFonts w:asciiTheme="majorHAnsi" w:hAnsiTheme="majorHAnsi" w:cstheme="majorHAnsi"/>
          <w:sz w:val="40"/>
          <w:szCs w:val="40"/>
        </w:rPr>
        <w:br/>
      </w:r>
      <w:r w:rsidRPr="007C1507">
        <w:rPr>
          <w:rFonts w:asciiTheme="majorHAnsi" w:hAnsiTheme="majorHAnsi" w:cs="Calibri"/>
          <w:sz w:val="40"/>
          <w:szCs w:val="40"/>
          <w:rtl/>
        </w:rPr>
        <w:t>حرر</w:t>
      </w:r>
      <w:r w:rsidRPr="007C1507">
        <w:rPr>
          <w:rFonts w:asciiTheme="majorHAnsi" w:hAnsiTheme="majorHAnsi" w:cstheme="majorHAnsi"/>
          <w:sz w:val="40"/>
          <w:szCs w:val="40"/>
        </w:rPr>
        <w:t xml:space="preserve"> </w:t>
      </w:r>
      <w:r w:rsidRPr="007C1507">
        <w:rPr>
          <w:rFonts w:asciiTheme="majorHAnsi" w:hAnsiTheme="majorHAnsi" w:cs="Calibri"/>
          <w:sz w:val="40"/>
          <w:szCs w:val="40"/>
          <w:rtl/>
        </w:rPr>
        <w:t>بـــ</w:t>
      </w:r>
      <w:r w:rsidRPr="007C1507">
        <w:rPr>
          <w:rFonts w:asciiTheme="majorHAnsi" w:hAnsiTheme="majorHAnsi" w:cstheme="majorHAnsi"/>
          <w:sz w:val="40"/>
          <w:szCs w:val="40"/>
        </w:rPr>
        <w:t>....................</w:t>
      </w:r>
      <w:r w:rsidRPr="007C1507">
        <w:rPr>
          <w:rFonts w:asciiTheme="majorHAnsi" w:hAnsiTheme="majorHAnsi" w:cs="Calibri"/>
          <w:sz w:val="40"/>
          <w:szCs w:val="40"/>
          <w:rtl/>
        </w:rPr>
        <w:t>،</w:t>
      </w:r>
      <w:r w:rsidRPr="007C1507">
        <w:rPr>
          <w:rFonts w:asciiTheme="majorHAnsi" w:hAnsiTheme="majorHAnsi" w:cstheme="majorHAnsi"/>
          <w:sz w:val="40"/>
          <w:szCs w:val="40"/>
        </w:rPr>
        <w:t xml:space="preserve"> </w:t>
      </w:r>
      <w:r w:rsidRPr="007C1507">
        <w:rPr>
          <w:rFonts w:asciiTheme="majorHAnsi" w:hAnsiTheme="majorHAnsi" w:cs="Calibri"/>
          <w:sz w:val="40"/>
          <w:szCs w:val="40"/>
          <w:rtl/>
        </w:rPr>
        <w:t>في</w:t>
      </w:r>
      <w:r w:rsidR="00200FC7">
        <w:rPr>
          <w:rFonts w:asciiTheme="majorHAnsi" w:hAnsiTheme="majorHAnsi" w:cstheme="majorHAnsi"/>
          <w:sz w:val="40"/>
          <w:szCs w:val="40"/>
        </w:rPr>
        <w:t xml:space="preserve"> </w:t>
      </w:r>
      <w:r w:rsidRPr="007C1507">
        <w:rPr>
          <w:rFonts w:asciiTheme="majorHAnsi" w:hAnsiTheme="majorHAnsi" w:cstheme="majorHAnsi"/>
          <w:sz w:val="40"/>
          <w:szCs w:val="40"/>
        </w:rPr>
        <w:t xml:space="preserve"> </w:t>
      </w:r>
      <w:r w:rsidR="005C39D6">
        <w:rPr>
          <w:rFonts w:asciiTheme="majorHAnsi" w:hAnsiTheme="majorHAnsi" w:cstheme="majorHAnsi"/>
          <w:sz w:val="40"/>
          <w:szCs w:val="40"/>
        </w:rPr>
        <w:t>2026</w:t>
      </w:r>
      <w:r w:rsidR="005C39D6" w:rsidRPr="007C1507">
        <w:rPr>
          <w:rFonts w:asciiTheme="majorHAnsi" w:hAnsiTheme="majorHAnsi" w:cstheme="majorHAnsi"/>
          <w:sz w:val="40"/>
          <w:szCs w:val="40"/>
        </w:rPr>
        <w:t>/</w:t>
      </w:r>
      <w:bookmarkStart w:id="0" w:name="_GoBack"/>
      <w:bookmarkEnd w:id="0"/>
      <w:r w:rsidRPr="007C1507">
        <w:rPr>
          <w:rFonts w:asciiTheme="majorHAnsi" w:hAnsiTheme="majorHAnsi" w:cstheme="majorHAnsi"/>
          <w:sz w:val="40"/>
          <w:szCs w:val="40"/>
        </w:rPr>
        <w:t>....../......</w:t>
      </w:r>
      <w:r w:rsidR="00F63CD0">
        <w:rPr>
          <w:rFonts w:asciiTheme="majorHAnsi" w:hAnsiTheme="majorHAnsi" w:cstheme="majorHAnsi"/>
          <w:sz w:val="40"/>
          <w:szCs w:val="40"/>
        </w:rPr>
        <w:t xml:space="preserve"> </w:t>
      </w:r>
      <w:r w:rsidRPr="007C1507">
        <w:rPr>
          <w:rFonts w:asciiTheme="majorHAnsi" w:hAnsiTheme="majorHAnsi" w:cstheme="majorHAnsi"/>
          <w:sz w:val="40"/>
          <w:szCs w:val="40"/>
        </w:rPr>
        <w:br/>
      </w:r>
    </w:p>
    <w:p w14:paraId="2037F3E8" w14:textId="18BF5511" w:rsidR="001D39D8" w:rsidRDefault="00200FC7" w:rsidP="00F63CD0">
      <w:pPr>
        <w:bidi/>
        <w:ind w:left="-7" w:right="-7"/>
        <w:jc w:val="both"/>
      </w:pPr>
      <w:r>
        <w:rPr>
          <w:rFonts w:asciiTheme="majorHAnsi" w:hAnsiTheme="majorHAnsi" w:cstheme="majorHAnsi" w:hint="cs"/>
          <w:sz w:val="40"/>
          <w:szCs w:val="40"/>
          <w:rtl/>
        </w:rPr>
        <w:t>التوقيع</w:t>
      </w:r>
      <w:r w:rsidRPr="007C1507">
        <w:rPr>
          <w:rFonts w:asciiTheme="majorHAnsi" w:hAnsiTheme="majorHAnsi" w:cstheme="majorHAnsi"/>
          <w:sz w:val="40"/>
          <w:szCs w:val="40"/>
        </w:rPr>
        <w:br/>
      </w:r>
    </w:p>
    <w:sectPr w:rsidR="001D39D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5DF"/>
    <w:rsid w:val="0006063C"/>
    <w:rsid w:val="0015074B"/>
    <w:rsid w:val="001D39D8"/>
    <w:rsid w:val="00200FC7"/>
    <w:rsid w:val="00245541"/>
    <w:rsid w:val="0029639D"/>
    <w:rsid w:val="00325F22"/>
    <w:rsid w:val="00326F90"/>
    <w:rsid w:val="00445250"/>
    <w:rsid w:val="00523793"/>
    <w:rsid w:val="00533A4A"/>
    <w:rsid w:val="005C39D6"/>
    <w:rsid w:val="00745A98"/>
    <w:rsid w:val="007543E6"/>
    <w:rsid w:val="007C1507"/>
    <w:rsid w:val="00A47AF5"/>
    <w:rsid w:val="00AA1D8D"/>
    <w:rsid w:val="00AC582F"/>
    <w:rsid w:val="00B47730"/>
    <w:rsid w:val="00B63FAE"/>
    <w:rsid w:val="00BF1F38"/>
    <w:rsid w:val="00CB0664"/>
    <w:rsid w:val="00F63C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AB138"/>
  <w14:defaultImageDpi w14:val="300"/>
  <w15:docId w15:val="{123E4265-C0CE-40E4-9649-FBBA1687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745A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45A9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45A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5A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5A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FD1D0F-5E45-47C4-B7F5-4AE8BBB2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Noura AKNIN</cp:lastModifiedBy>
  <cp:revision>2</cp:revision>
  <cp:lastPrinted>2025-11-11T08:43:00Z</cp:lastPrinted>
  <dcterms:created xsi:type="dcterms:W3CDTF">2026-10-22T11:27:00Z</dcterms:created>
  <dcterms:modified xsi:type="dcterms:W3CDTF">2026-10-22T11:27:00Z</dcterms:modified>
  <cp:category/>
  <cp:contentStatus/>
</cp:coreProperties>
</file>